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[Date]</w:t>
      </w:r>
    </w:p>
    <w:p>
      <w:r>
        <w:t>Dear [manager's name],</w:t>
      </w:r>
    </w:p>
    <w:p>
      <w:r>
        <w:t>I am resigning from my position as [job title] at [company]. My last day will be [date].</w:t>
      </w:r>
    </w:p>
    <w:p>
      <w:r>
        <w:t>Thank you for the opportunity. I'm happy to help however is most useful during the handover.</w:t>
      </w:r>
    </w:p>
    <w:p>
      <w:r>
        <w:t>Kind regards,</w:t>
      </w:r>
    </w:p>
    <w:p>
      <w:r>
        <w:t>[Your name]</w:t>
      </w:r>
    </w:p>
    <w:sectPr w:rsidR="00FC693F" w:rsidRPr="0006063C" w:rsidSect="00034616"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