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Accountant</w:t>
      </w:r>
    </w:p>
    <w:p>
      <w:pPr>
        <w:spacing w:before="0" w:after="240"/>
      </w:pPr>
      <w:r>
        <w:t>I am writing to apply for the Accountant position at [Company Name]. With hands-on experience preparing financial statements, managing tax compliance and advising on business structures, I am confident I can contribute accurate, reliable financial management to your team from day one.</w:t>
      </w:r>
    </w:p>
    <w:p>
      <w:pPr>
        <w:spacing w:before="0" w:after="240"/>
      </w:pPr>
      <w:r>
        <w:t>In my most recent role, I was responsible for preparing and lodging tax returns, examining operating costs to identify savings, and maintaining the internal controls that kept our reporting audit-ready year-round. I bring the same rigour to client-facing advisory work, translating technical detail into decisions non-finance stakeholders can act on.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opportunity to discuss how my background in financial reporting and compliance could support your team.</w:t>
      </w:r>
    </w:p>
    <w:p>
      <w:pPr>
        <w:spacing w:before="0" w:after="240"/>
      </w:pPr>
      <w:r>
        <w:t>Thank you for considering my application. I have attached my resume and would be glad to provide any further information.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