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Actor</w:t>
      </w:r>
    </w:p>
    <w:p>
      <w:pPr>
        <w:spacing w:before="0" w:after="240"/>
      </w:pPr>
      <w:r>
        <w:t>I'm writing to apply for the Actor role with [Company Name]. My training and stage and screen experience have given me the range to move between ensemble and lead work, and I bring both discipline in preparation and openness to direction to every production I join.</w:t>
      </w:r>
    </w:p>
    <w:p>
      <w:pPr>
        <w:spacing w:before="0" w:after="240"/>
      </w:pPr>
      <w:r>
        <w:t>In a recent production I worked from a full script to build a character from first read-through to opening night, taking detailed direction on motivation and blocking while keeping my interpretation consistent across the run. I also maintain a self-tape practice, regularly preparing and submitting auditions and using casting feedback to sharpen my technique between roles.</w:t>
      </w:r>
    </w:p>
    <w:p>
      <w:pPr>
        <w:spacing w:before="0" w:after="240"/>
      </w:pPr>
      <w:r>
        <w:t>I'd welcome the chance to bring this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I've attached my resume and would be glad to provide a showreel, headshot or further audition material on request.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