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Administration Officer</w:t>
      </w:r>
    </w:p>
    <w:p>
      <w:pPr>
        <w:spacing w:before="0" w:after="240"/>
      </w:pPr>
      <w:r>
        <w:t>I'm writing to apply for the Administration Officer role at [Company Name]. I've spent my career keeping offices running, juggling calendars, correspondence and the everyday questions that land on an admin desk, and I'd like to bring that to your team.</w:t>
      </w:r>
    </w:p>
    <w:p>
      <w:pPr>
        <w:spacing w:before="0" w:after="240"/>
      </w:pPr>
      <w:r>
        <w:t>In my most recent role I took over a filing system that mixed paper and digital records with no consistent structure. I rebuilt it around a shared naming convention and folder hierarchy, trained the rest of the team to use it, and cut the time staff spent hunting for documents. I also managed scheduling for several managers at once, which taught me to spot clashes early and negotiate reschedules without anyone feeling bumped.</w:t>
      </w:r>
    </w:p>
    <w:p>
      <w:pPr>
        <w:spacing w:before="0" w:after="240"/>
      </w:pPr>
      <w:r>
        <w:t>[Company Name] stood out to me because [add one genuine, specific reason: a project, value, or market position you can point to]. I want to work somewhere I understand the purpose behind the admin work, not just the task list.</w:t>
      </w:r>
    </w:p>
    <w:p>
      <w:pPr>
        <w:spacing w:before="0" w:after="240"/>
      </w:pPr>
      <w:r>
        <w:t>Thank you for considering my application. I've attached my resume and would welcome the chance to discuss how I can support your office. I'm available at your convenience for an interview.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