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Advertising Manager</w:t>
      </w:r>
    </w:p>
    <w:p>
      <w:pPr>
        <w:spacing w:before="0" w:after="240"/>
      </w:pPr>
      <w:r>
        <w:t>I am writing to apply for the Advertising Manager role at [Company Name]. I have spent my career planning and directing campaigns across paid search, social, programmatic and broadcast, and I am drawn to the mix of commercial rigour, creative judgement and client leadership this position calls for.</w:t>
      </w:r>
    </w:p>
    <w:p>
      <w:pPr>
        <w:spacing w:before="0" w:after="240"/>
      </w:pPr>
      <w:r>
        <w:t>At my current agency role I led the relaunch campaign for a national retail client across paid search, social and connected television. I coordinated a creative team of eight plus three external production partners, consolidated reporting into a single Google Analytics 4 and Adobe Analytics view, and cut the weekly reporting cycle from three days to one. That change gave the client enough lead time to reallocate spend mid-flight, which turned a slow opening fortnight into a campaign that finished ahead of its original sales target.</w:t>
      </w:r>
    </w:p>
    <w:p>
      <w:pPr>
        <w:spacing w:before="0" w:after="240"/>
      </w:pPr>
      <w:r>
        <w:t>What draws me to [Company Name] specifically is [add one genuine, specific reason: a project, value, or market position you can point to]. I want to work somewhere my recommendations carry weight with senior stakeholders and where campaign learning actually feeds back into the next brief, rather than being filed away after the wrap report.</w:t>
      </w:r>
    </w:p>
    <w:p>
      <w:pPr>
        <w:spacing w:before="0" w:after="240"/>
      </w:pPr>
      <w:r>
        <w:t>Thank you for taking the time to consider my application. My resume is attached and sets out my campaign, budget and team leadership experience in more detail, and I would welcome the chance to discuss how I could contribute to your advertising program.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