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Aerospace Engineer</w:t>
      </w:r>
    </w:p>
    <w:p>
      <w:pPr>
        <w:spacing w:before="0" w:after="240"/>
      </w:pPr>
      <w:r>
        <w:t>I'm writing to apply for the Aerospace Engineer role at [Company Name]. My background in structural analysis, aerodynamic modelling and certification review lines up closely with the tasks outlined in the position, and I'd bring both the technical grounding and the regulatory awareness this kind of work demands.</w:t>
      </w:r>
    </w:p>
    <w:p>
      <w:pPr>
        <w:spacing w:before="0" w:after="240"/>
      </w:pPr>
      <w:r>
        <w:t>In a recent project I ran CFD simulations in ANSYS to model airflow over a redesigned control surface, then worked through the finite-element analysis in CATIA to check the structure against certification loads. When the results flagged a margin issue near a mounting point, I reworked the geometry and reran the analysis before it reached the design review, which meant the issue was closed out before it could delay sign-off.</w:t>
      </w:r>
    </w:p>
    <w:p>
      <w:pPr>
        <w:spacing w:before="0" w:after="240"/>
      </w:pPr>
      <w:r>
        <w:t>[Company Name] stands out to me for [add one genuine, specific reason: a project, value, or market position you can point to], and I'd welcome the chance to contribute to that work directly.</w:t>
      </w:r>
    </w:p>
    <w:p>
      <w:pPr>
        <w:spacing w:before="0" w:after="240"/>
      </w:pPr>
      <w:r>
        <w:t>Thank you for considering my application. I've attached my resume and would be glad to discuss how my background in aerospace design, analysis and certification could support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