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Aged Care Coordinator</w:t>
      </w:r>
    </w:p>
    <w:p>
      <w:pPr>
        <w:spacing w:before="0" w:after="240"/>
      </w:pPr>
      <w:r>
        <w:t>I am applying for the Aged Care Coordinator role at [Company Name]. With experience across community and residential aged care, I can assess needs, build care plans and coordinate providers so older people receive consistent support that reflects their goals.</w:t>
      </w:r>
    </w:p>
    <w:p>
      <w:pPr>
        <w:spacing w:before="0" w:after="240"/>
      </w:pPr>
      <w:r>
        <w:t>In a previous coordinator role, I managed a caseload of around 40 older clients across home care packages. I reviewed care plans with clients and families, reworked rosters with service providers to close unplanned gaps, and kept records audit ready for Aged Care Quality Standards reviews. When a client's needs changed, I brought the right providers together and adjusted services quickly, which helped them stay at home safely for longer.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an organisation that takes both client choice and quality compliance seriously, and I would bring a calm, organised approach to coordinating care across a multidisciplinary team.</w:t>
      </w:r>
    </w:p>
    <w:p>
      <w:pPr>
        <w:spacing w:before="0" w:after="240"/>
      </w:pPr>
      <w:r>
        <w:t>Thank you for considering my application. My resume is attached, and I would welcome the chance to discuss how my care coordination experience can support your clients and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