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Aged Care Worker</w:t>
      </w:r>
    </w:p>
    <w:p>
      <w:pPr>
        <w:spacing w:before="0" w:after="240"/>
      </w:pPr>
      <w:r>
        <w:t>I am writing to apply for the Aged Care Worker position at [Company Name]. My experience supporting residents with personal care, mobility and daily wellbeing under nursing supervision matches the hands-on, person-centred approach this role calls for.</w:t>
      </w:r>
    </w:p>
    <w:p>
      <w:pPr>
        <w:spacing w:before="0" w:after="240"/>
      </w:pPr>
      <w:r>
        <w:t>In a previous residential care setting I supported a small group of residents through their morning routines, including bathing, dressing and medication reminders, while watching for any change in mood or physical condition. On one occasion I noticed early signs of a urinary tract infection in a resident who couldn't clearly communicate discomfort, reported it to the nurse on shift straight away, and the resident was treated before the condition worsened. That kind of attentiveness to small changes is something I bring to every shift.</w:t>
      </w:r>
    </w:p>
    <w:p>
      <w:pPr>
        <w:spacing w:before="0" w:after="240"/>
      </w:pPr>
      <w:r>
        <w:t>[add one genuine, specific reason: a project, value, or market position you can point to] made [Company Name] stand out to me when I was looking at where to apply next, and I'd welcome the chance to bring my care skills into that environment.</w:t>
      </w:r>
    </w:p>
    <w:p>
      <w:pPr>
        <w:spacing w:before="0" w:after="240"/>
      </w:pPr>
      <w:r>
        <w:t>Thank you for considering my application. I've attached my resume with further detail on my experience and qualifications, and I'd welcome the opportunity to discuss how I can support your residents and care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