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Agricultural Technician</w:t>
      </w:r>
    </w:p>
    <w:p>
      <w:pPr>
        <w:spacing w:before="0" w:after="240"/>
      </w:pPr>
      <w:r>
        <w:t>I am writing to apply for the Agricultural Technician role with [Company Name]. With a certificate IV in agriculture and hands-on experience in field sampling, crop monitoring and livestock support, I am confident I can provide the timely, accurate information your producers rely on.</w:t>
      </w:r>
    </w:p>
    <w:p>
      <w:pPr>
        <w:spacing w:before="0" w:after="240"/>
      </w:pPr>
      <w:r>
        <w:t>In my current role, I collect soil and plant samples across a 600-hectare mixed farming operation, following a sampling grid that keeps results comparable between seasons. I also monitor pasture condition and log observations in AgriWebb, which helped the agronomy team adjust grazing rotations before ground cover dropped below target. When a routine livestock health check revealed early signs of footrot in a mob of ewes, I isolated the affected animals and reported to the manager the same day, limiting the spread and reducing treatment time.</w:t>
      </w:r>
    </w:p>
    <w:p>
      <w:pPr>
        <w:spacing w:before="0" w:after="240"/>
      </w:pPr>
      <w:r>
        <w:t>I am applying to [Company Name] because [add one genuine, specific reason: a project, value, or market position you can point to]. I would welcome the chance to bring my field sampling and record-keeping skills to your team.</w:t>
      </w:r>
    </w:p>
    <w:p>
      <w:pPr>
        <w:spacing w:before="0" w:after="240"/>
      </w:pPr>
      <w:r>
        <w:t>Thank you for considering my application. My resume is attached, and I look forward to discussing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