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Air Conditioning Technician</w:t>
      </w:r>
    </w:p>
    <w:p>
      <w:pPr>
        <w:spacing w:before="0" w:after="240"/>
      </w:pPr>
      <w:r>
        <w:t>I'm writing to apply for the Air Conditioning Technician role with [Company Name]. My trade background in installing, servicing and repairing HVAC systems across residential and commercial sites matches what this position needs, and I'm ready to bring that experience to your team.</w:t>
      </w:r>
    </w:p>
    <w:p>
      <w:pPr>
        <w:spacing w:before="0" w:after="240"/>
      </w:pPr>
      <w:r>
        <w:t>On a recent job I was called to a commercial site where a system had been cycling on and off without an obvious cause. Using a pressure gauge set and thermal imaging camera, I traced the fault to a failing expansion valve rather than the compressor everyone assumed was at fault. Replacing the valve instead of the compressor saved the client an unnecessary parts cost and got the system back to spec the same day.</w:t>
      </w:r>
    </w:p>
    <w:p>
      <w:pPr>
        <w:spacing w:before="0" w:after="240"/>
      </w:pPr>
      <w:r>
        <w:t>What draws me to [Company Name] specifically is [add one genuine, specific reason: a project, value, or market position you can point to]. I want to work somewhere that reflects the standard I hold my own work to.</w:t>
      </w:r>
    </w:p>
    <w:p>
      <w:pPr>
        <w:spacing w:before="0" w:after="240"/>
      </w:pPr>
      <w:r>
        <w:t>Thank you for considering my application. I've attached my resume with further detail on my trade background and licensing, and I'd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