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Airport Manager</w:t>
      </w:r>
    </w:p>
    <w:p>
      <w:pPr>
        <w:spacing w:before="0" w:after="240"/>
      </w:pPr>
      <w:r>
        <w:t>I am writing to apply for the Airport Manager position at [Company Name]. With extensive experience in terminal and airside operations, safety compliance, and commercial contract management, I am confident in my ability to keep flights, terminals and tenants moving safely and on time.</w:t>
      </w:r>
    </w:p>
    <w:p>
      <w:pPr>
        <w:spacing w:before="0" w:after="240"/>
      </w:pPr>
      <w:r>
        <w:t>In my current role, I led the implementation of a new safety management system across the airport precinct, which significantly reduced reportable safety incidents and improved our compliance audit results. I also negotiated a key lease agreement with a major airline, securing favourable terms that supported both our commercial performance and operational needs.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support your operational goals.</w:t>
      </w:r>
    </w:p>
    <w:p>
      <w:pPr>
        <w:spacing w:before="0" w:after="240"/>
      </w:pPr>
      <w:r>
        <w:t>Thank you for considering my application. My resume is attached for your review, and I look forward to discussing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