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Allied Health Assistant</w:t>
      </w:r>
    </w:p>
    <w:p>
      <w:pPr>
        <w:spacing w:before="0" w:after="240"/>
      </w:pPr>
      <w:r>
        <w:t>I am writing to apply for the Allied Health Assistant role at [Company Name]. My background is in supervised therapy support across rehabilitation and aged care settings, and the mix of patient contact, program delivery and accurate record keeping in this position is exactly the work I want to keep doing.</w:t>
      </w:r>
    </w:p>
    <w:p>
      <w:pPr>
        <w:spacing w:before="0" w:after="240"/>
      </w:pPr>
      <w:r>
        <w:t>In my most recent role I supported physiotherapy and occupational therapy programs for a shared caseload of patients, running prescribed exercise circuits, assisting with transfers and mobility practice, and recording progress notes the same day. One example that stays with me: a client was reluctant to continue a strength program after a fall, so I broke the session into shorter, seated steps and fed the change back to the treating therapist, who adjusted the plan. The client completed the program and the therapist used the same approach with two other clients. I also took over the equipment maintenance schedule for our treatment rooms, which cut the number of sessions delayed by faulty or missing equipment.</w:t>
      </w:r>
    </w:p>
    <w:p>
      <w:pPr>
        <w:spacing w:before="0" w:after="240"/>
      </w:pPr>
      <w:r>
        <w:t>I want to work for [Company Name] because [add one genuine, specific reason: a project, value, or market position you can point to]. I have read enough about how you work to know that support staff are treated as part of the clinical team, and that is the environment where I do my best work.</w:t>
      </w:r>
    </w:p>
    <w:p>
      <w:pPr>
        <w:spacing w:before="0" w:after="240"/>
      </w:pPr>
      <w:r>
        <w:t>Thank you for considering my application. My resume is attached, and I would welcome the chance to talk through how my experience fits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