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Animal Husbandry Technician</w:t>
      </w:r>
    </w:p>
    <w:p>
      <w:pPr>
        <w:spacing w:before="0" w:after="240"/>
      </w:pPr>
      <w:r>
        <w:t>I am writing to apply for the Animal Husbandry Technician role with [Company Name]. My background is in day to day livestock care on beef and sheep properties, and the work you have described lines up closely with what I do well: feeding and monitoring stock, spotting problems early and keeping records that other people can actually rely on.</w:t>
      </w:r>
    </w:p>
    <w:p>
      <w:pPr>
        <w:spacing w:before="0" w:after="240"/>
      </w:pPr>
      <w:r>
        <w:t>In my most recent role I was responsible for the daily feed run across two mobs, along with condition scoring and health checks. Partway through one season I noticed a group of weaners were quieter than usual and slow to come to the feed trough. I drafted them separately, recorded temperatures and weights, and had the vet out the next morning. We treated the group early and did not lose an animal, and the practice of pen reading before feeding became part of the standard routine on the property. I also kept the animal records, including treatments and movements, so the owner could produce a full history at short notice for audit and sale.</w:t>
      </w:r>
    </w:p>
    <w:p>
      <w:pPr>
        <w:spacing w:before="0" w:after="240"/>
      </w:pPr>
      <w:r>
        <w:t>What draws me to [Company Name] is [add one genuine, specific reason: a project, value, or market position you can point to]. I am looking for a team where animal welfare and good record keeping are treated as core parts of the job rather than paperwork on the side, and where I can keep building my skills in breeding and herd health.</w:t>
      </w:r>
    </w:p>
    <w:p>
      <w:pPr>
        <w:spacing w:before="0" w:after="240"/>
      </w:pPr>
      <w:r>
        <w:t>Thank you for considering my application. My resume is attached and covers my qualifications, software experience and stock handling background in more detail. I would welcome the chance to talk through how I could support your operation.</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