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Animator</w:t>
      </w:r>
    </w:p>
    <w:p>
      <w:pPr>
        <w:spacing w:before="0" w:after="240"/>
      </w:pPr>
      <w:r>
        <w:t>I'm writing to apply for the Animator role at [Company Name]. My background covers keyframe animation, character rigging and compositing across Maya, Blender, After Effects and Cinema 4D, and I'm drawn to work that lets me take a project from rough storyboard through to a polished rendered sequence.</w:t>
      </w:r>
    </w:p>
    <w:p>
      <w:pPr>
        <w:spacing w:before="0" w:after="240"/>
      </w:pPr>
      <w:r>
        <w:t>On a recent project I was given a character rig that moved stiffly through a walk cycle. I rebuilt the skeletal structure and adjusted the weighting, then reworked the timing on the in-between frames after two rounds of director feedback. The revised sequence went from a flagged problem shot to one used in the showreel cut, and it taught me how much of good animation comes down to getting the small timing decisions right before worrying about polish.</w:t>
      </w:r>
    </w:p>
    <w:p>
      <w:pPr>
        <w:spacing w:before="0" w:after="240"/>
      </w:pPr>
      <w:r>
        <w:t>[add one genuine, specific reason: a project, value, or market position you can point to] is part of why I want to work at [Company Name] specifically, rather than sending this application everywhere.</w:t>
      </w:r>
    </w:p>
    <w:p>
      <w:pPr>
        <w:spacing w:before="0" w:after="240"/>
      </w:pPr>
      <w:r>
        <w:t>Thank you for considering my application. I've attached my resume and would welcome the chance to talk through my showreel and how I'd approach the kind of work your team produces.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