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Appointment Setter</w:t>
      </w:r>
    </w:p>
    <w:p>
      <w:pPr>
        <w:spacing w:before="0" w:after="240"/>
      </w:pPr>
      <w:r>
        <w:t>I am applying for the Appointment Setter role at [Company Name]. With a background in phone-based customer service and a strong record of booking consultations, I can keep your calendar full and your clients informed.</w:t>
      </w:r>
    </w:p>
    <w:p>
      <w:pPr>
        <w:spacing w:before="0" w:after="240"/>
      </w:pPr>
      <w:r>
        <w:t>In my previous appointment setting role, I introduced a structured reminder sequence by SMS and email that lifted confirmed appointment attendance. I also managed a busy shared calendar, rebooked missed appointments promptly, and entered all client details into the CRM without errors.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bring my scheduling and follow-up skills to a team that values clear communication with clients.</w:t>
      </w:r>
    </w:p>
    <w:p>
      <w:pPr>
        <w:spacing w:before="0" w:after="240"/>
      </w:pPr>
      <w:r>
        <w:t>Thank you for considering my application. I have attached my resume and would welcome the chance to discuss how I can support your sales or clinical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