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Aquaculture Worker</w:t>
      </w:r>
    </w:p>
    <w:p>
      <w:pPr>
        <w:spacing w:before="0" w:after="240"/>
      </w:pPr>
      <w:r>
        <w:t>I am writing to apply for the Aquaculture Worker position at [Company Name]. With practical experience in fish and shellfish farming and a strong commitment to water quality and animal welfare, I am confident I can contribute to your operations.</w:t>
      </w:r>
    </w:p>
    <w:p>
      <w:pPr>
        <w:spacing w:before="0" w:after="240"/>
      </w:pPr>
      <w:r>
        <w:t>In my previous role, I was responsible for feeding and monitoring stock across several tanks. I noticed that dissolved oxygen levels were fluctuating, so I adjusted the aeration schedule and tested water more frequently. This reduced stress-related mortalities and helped maintain steady growth rates. I also cleaned and maintained nets and cages, which prevented biofouling and kept equipment in good working order.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focus on sustainable practices and would welcome the chance to contribute to your team.</w:t>
      </w:r>
    </w:p>
    <w:p>
      <w:pPr>
        <w:spacing w:before="0" w:after="240"/>
      </w:pPr>
      <w:r>
        <w:t>Thank you for considering my application. My resume is attached, and I look forward to the opportunity to discuss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