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Architect</w:t>
      </w:r>
    </w:p>
    <w:p>
      <w:pPr>
        <w:spacing w:before="0" w:after="240"/>
      </w:pPr>
      <w:r>
        <w:t>I'm writing to apply for the Architect position at [Company Name]. My background covers the full design lifecycle, from early concept sketches through to construction documentation, and I'm drawn to this role because it sits squarely in the mix of design creativity and technical delivery I enjoy most.</w:t>
      </w:r>
    </w:p>
    <w:p>
      <w:pPr>
        <w:spacing w:before="0" w:after="240"/>
      </w:pPr>
      <w:r>
        <w:t>On a recent project I took a client's initial brief through several rounds of spatial concepts, then carried the preferred scheme into detailed Revit documentation while coordinating directly with the structural engineer to resolve a tight footing design on a constrained site. Keeping that conversation active early meant the design didn't need to be reworked once it reached construction certification, which kept the project on its original timeline.</w:t>
      </w:r>
    </w:p>
    <w:p>
      <w:pPr>
        <w:spacing w:before="0" w:after="240"/>
      </w:pPr>
      <w:r>
        <w:t>[add one genuine, specific reason: a project, value, or market position you can point to] is part of what makes [Company Name] stand out to me, and I'd welcome the chance to contribute to work of that calibre.</w:t>
      </w:r>
    </w:p>
    <w:p>
      <w:pPr>
        <w:spacing w:before="0" w:after="240"/>
      </w:pPr>
      <w:r>
        <w:t>Thank you for considering my application. I've attached my resume and would welcome the opportunity to discuss how my design and documentation experience could support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