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Art Therapist</w:t>
      </w:r>
    </w:p>
    <w:p>
      <w:pPr>
        <w:spacing w:before="0" w:after="240"/>
      </w:pPr>
      <w:r>
        <w:t>I am writing to apply for the Art Therapist position at [Company Name]. With a master's qualification in art therapy and experience facilitating creative sessions across mental health and community settings, I am confident I can support your clients to express themselves and improve their wellbeing.</w:t>
      </w:r>
    </w:p>
    <w:p>
      <w:pPr>
        <w:spacing w:before="0" w:after="240"/>
      </w:pPr>
      <w:r>
        <w:t>In my current role, I lead weekly group art therapy sessions for up to ten participants experiencing anxiety and depression. By tailoring activities to individual needs and building a consistent, safe environment, I have seen clients develop practical coping strategies and increase their engagement in ongoing treatment. I also maintain confidential progress notes and collaborate with clinicians to ensure care plans stay responsive to each person's goals.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accessible, person-centred mental health support and would welcome the chance to contribute to your team.</w:t>
      </w:r>
    </w:p>
    <w:p>
      <w:pPr>
        <w:spacing w:before="0" w:after="240"/>
      </w:pPr>
      <w:r>
        <w:t>Thank you for considering my application. I have attached my resume for your review and would be glad to discuss how my skills in art therapy, assessment, and group facilitation could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