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Assembler</w:t>
      </w:r>
    </w:p>
    <w:p>
      <w:pPr>
        <w:spacing w:before="0" w:after="240"/>
      </w:pPr>
      <w:r>
        <w:t>I'm writing to apply for the Assembler role at [Company Name]. My experience fitting and joining components to engineering drawings, combined with a steady, methodical approach to repetitive precision work, matches what this position needs.</w:t>
      </w:r>
    </w:p>
    <w:p>
      <w:pPr>
        <w:spacing w:before="0" w:after="240"/>
      </w:pPr>
      <w:r>
        <w:t>In a previous production role, I worked from technical drawings to assemble components using hand and power tools, checking tolerances with precision measuring instruments along the way. When I noticed a batch of fasteners running slightly out of spec, I flagged it before the units reached final inspection, which kept the line from having to rework a full run later. That kind of attention to detail is something I bring to every shift.</w:t>
      </w:r>
    </w:p>
    <w:p>
      <w:pPr>
        <w:spacing w:before="0" w:after="240"/>
      </w:pPr>
      <w:r>
        <w:t>[Company Name] stood out to me because [add one genuine, specific reason: a project, value, or market position you can point to]. I want to put my assembly and quality-checking skills to work somewhere that takes production standards seriously.</w:t>
      </w:r>
    </w:p>
    <w:p>
      <w:pPr>
        <w:spacing w:before="0" w:after="240"/>
      </w:pPr>
      <w:r>
        <w:t>Thank you for considering my application. I've attached my resume and would welcome the chance to discuss how I can contribute to your production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