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Audiovisual Technician</w:t>
      </w:r>
    </w:p>
    <w:p>
      <w:pPr>
        <w:spacing w:before="0" w:after="240"/>
      </w:pPr>
      <w:r>
        <w:t>I am writing to apply for the Audiovisual Technician position at [Company Name]. With hands-on experience in live production and corporate AV, I am confident I can keep your sound, lighting and video systems running smoothly.</w:t>
      </w:r>
    </w:p>
    <w:p>
      <w:pPr>
        <w:spacing w:before="0" w:after="240"/>
      </w:pPr>
      <w:r>
        <w:t>In my most recent role, I managed the audio and video setup for a week-long conference with five breakout rooms. I coordinated with presenters to test their laptops and microphones before each session. When a wireless microphone failed during a keynote, I quickly switched to a backup channel and kept the presentation on track, which the event organiser noted in their feedback.</w:t>
      </w:r>
    </w:p>
    <w:p>
      <w:pPr>
        <w:spacing w:before="0" w:after="240"/>
      </w:pPr>
      <w:r>
        <w:t>I am particularly drawn to [Company Name] because of [add one genuine, specific reason: a project, value, or market position you can point to]. I would welcome the chance to contribute to your upcoming events and installations.</w:t>
      </w:r>
    </w:p>
    <w:p>
      <w:pPr>
        <w:spacing w:before="0" w:after="240"/>
      </w:pPr>
      <w:r>
        <w:t>Thank you for considering my application. I have attached my resume for your review and look forward to discussing how I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