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External Auditor</w:t>
      </w:r>
    </w:p>
    <w:p>
      <w:pPr>
        <w:spacing w:before="0" w:after="240"/>
      </w:pPr>
      <w:r>
        <w:t>I am writing to apply for the External Auditor position at [Company Name]. My training in planning and executing audit engagements, alongside close attention to control testing and financial reporting standards, lines up directly with what this role demands.</w:t>
      </w:r>
    </w:p>
    <w:p>
      <w:pPr>
        <w:spacing w:before="0" w:after="240"/>
      </w:pPr>
      <w:r>
        <w:t>In my most recent audit rotation I was responsible for testing controls over a client's revenue cycle. Using CaseWare to log testing and Excel-based analytics to sample transactions, I identified a weakness in credit approval sign-off. The engagement team raised it with the client's finance manager and it led to a documented process change before year-end, the kind of finding that reminds you why the testing matters and not just the checklist.</w:t>
      </w:r>
    </w:p>
    <w:p>
      <w:pPr>
        <w:spacing w:before="0" w:after="240"/>
      </w:pPr>
      <w:r>
        <w:t>[Company Name] appeals to me because [add one genuine, specific reason: a project, value, or market position you can point to]. Firms are choosier about who they invest training hours in, and I want to put mine somewhere that takes audit quality and client relationships seriously.</w:t>
      </w:r>
    </w:p>
    <w:p>
      <w:pPr>
        <w:spacing w:before="0" w:after="240"/>
      </w:pPr>
      <w:r>
        <w:t>Thank you for considering my application. I've attached my resume with further detail on my audit experience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