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Author</w:t>
      </w:r>
    </w:p>
    <w:p>
      <w:pPr>
        <w:spacing w:before="0" w:after="240"/>
      </w:pPr>
      <w:r>
        <w:t>I am writing to apply for the Author role at [Company Name]. My background spans fiction and long-form non-fiction, with a track record of taking original ideas through research, drafting and publisher-ready edits.</w:t>
      </w:r>
    </w:p>
    <w:p>
      <w:pPr>
        <w:spacing w:before="0" w:after="240"/>
      </w:pPr>
      <w:r>
        <w:t>In my most recent project, I developed a non-fiction proposal from a single idea into a full manuscript. I conducted interviews and archival research over several months, then worked through two rounds of structural edits with my publisher. The final draft required no further developmental notes and went straight to copyedit, which is the outcome I aim for on every book.</w:t>
      </w:r>
    </w:p>
    <w:p>
      <w:pPr>
        <w:spacing w:before="0" w:after="240"/>
      </w:pPr>
      <w:r>
        <w:t>I am drawn to [Company Name] because [add one genuine, specific reason: a project, value, or market position you can point to]. I am keen to bring my experience in pitching, revising under feedback and managing long timelines to your list.</w:t>
      </w:r>
    </w:p>
    <w:p>
      <w:pPr>
        <w:spacing w:before="0" w:after="240"/>
      </w:pPr>
      <w:r>
        <w:t>Thank you for considering my application. I have attached my resume, which outlines my writing credits and project history, and I would welcome the chance to discuss how I can contribute to your publishing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