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Auto Electrician</w:t>
      </w:r>
    </w:p>
    <w:p>
      <w:pPr>
        <w:spacing w:before="0" w:after="240"/>
      </w:pPr>
      <w:r>
        <w:t>I'm writing to apply for the Auto Electrician position at [Company Name]. I've spent my apprenticeship and time in the trade diagnosing and repairing vehicle electrical systems, and I'm confident I can bring that same reliability to your workshop.</w:t>
      </w:r>
    </w:p>
    <w:p>
      <w:pPr>
        <w:spacing w:before="0" w:after="240"/>
      </w:pPr>
      <w:r>
        <w:t>In a recent job, a vehicle came in with an intermittent starting fault that had already been through two other workshops without resolution. Rather than replacing parts on guesswork, I worked through the wiring diagram methodically, isolated a corroded connector behind the fuse box using a multimeter, and had the car back on the road the same day. That kind of methodical fault-finding is what I aim to bring to every job, not just the straightforward ones.</w:t>
      </w:r>
    </w:p>
    <w:p>
      <w:pPr>
        <w:spacing w:before="0" w:after="240"/>
      </w:pPr>
      <w:r>
        <w:t>[Company Name] stood out to me because [add one genuine, specific reason: a project, value, or market position you can point to]. I want to work somewhere that takes electrical diagnostics seriously rather than treating it as an afterthought to mechanical repairs.</w:t>
      </w:r>
    </w:p>
    <w:p>
      <w:pPr>
        <w:spacing w:before="0" w:after="240"/>
      </w:pPr>
      <w:r>
        <w:t>Thank you for considering my application. I've attached my resume and would welcome the chance to discuss how my experience fits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