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Back End Developer</w:t>
      </w:r>
    </w:p>
    <w:p>
      <w:pPr>
        <w:spacing w:before="0" w:after="240"/>
      </w:pPr>
      <w:r>
        <w:t>I'm writing to apply for the Back End Developer position at [Company Name]. My background in server-side development, database design and API delivery lines up closely with what this role needs, and I'm keen to bring that experience to your engineering team.</w:t>
      </w:r>
    </w:p>
    <w:p>
      <w:pPr>
        <w:spacing w:before="0" w:after="240"/>
      </w:pPr>
      <w:r>
        <w:t>In a recent project I redesigned the indexing strategy on a PostgreSQL database supporting a customer-facing reporting tool, after query times had become a recurring complaint from the front-end team. Working through execution plans and rebuilding several indexes cut average response times noticeably and removed the need for a planned hardware upgrade. That project also involved documenting the API changes clearly enough that two other developers could pick up the integration work without needing me to walk them through it.</w:t>
      </w:r>
    </w:p>
    <w:p>
      <w:pPr>
        <w:spacing w:before="0" w:after="240"/>
      </w:pPr>
      <w:r>
        <w:t>[add one genuine, specific reason: a project, value, or market position you can point to] is what drew me to this role in particular, and I'd welcome the chance to bring my API and database experience to that kind of work.</w:t>
      </w:r>
    </w:p>
    <w:p>
      <w:pPr>
        <w:spacing w:before="0" w:after="240"/>
      </w:pPr>
      <w:r>
        <w:t>Thank you for considering my application. I've attached my resume with further detail on my technical background and recent project work, and I'd be glad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