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Back End Developer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Back end developer with experience designing server-side logic, databases and APIs that keep applications reliable under load. Comfortable working across languages such as Python, Java or Node.js depending on the stack, with a focus on secure authentication and clear API documentation. Works closely with front-end and DevOps teams to ship integrated features rather than isolated code.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Programming and software development   •   Cloud infrastructure   •   Database design and query optimisation   •   RESTful and GraphQL API design   •   Cyber security fundamentals   •   Agile delivery   •   Git / GitHub   •   Docker &amp; Kubernetes   •   PostgreSQL / MySQL   •   AWS / Azure / GCP   •   Postman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Back End Developer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Redesigned a PostgreSQL schema and indexing strategy on a core service, cutting average query time and easing load during peak traffic periods</w:t>
      </w:r>
    </w:p>
    <w:p>
      <w:pPr>
        <w:pStyle w:val="ListBullet"/>
        <w:spacing w:after="80" w:line="276" w:lineRule="auto"/>
      </w:pPr>
      <w:r>
        <w:t>Built and documented RESTful APIs for front-end and third-party integrations, reducing back-and-forth queries from other teams during handover</w:t>
      </w:r>
    </w:p>
    <w:p>
      <w:pPr>
        <w:pStyle w:val="ListBullet"/>
        <w:spacing w:after="80" w:line="276" w:lineRule="auto"/>
      </w:pPr>
      <w:r>
        <w:t>Implemented authentication and role-based authorization across application services, closing security gaps identified in an internal review</w:t>
      </w:r>
    </w:p>
    <w:p>
      <w:pPr>
        <w:pStyle w:val="ListBullet"/>
        <w:spacing w:after="80" w:line="276" w:lineRule="auto"/>
      </w:pPr>
      <w:r>
        <w:t>Deployed and monitored containerised services on AWS using Docker and Kubernetes, troubleshooting production incidents to restore service quickly</w:t>
      </w:r>
    </w:p>
    <w:p>
      <w:pPr>
        <w:pStyle w:val="ListBullet"/>
        <w:spacing w:after="240" w:line="276" w:lineRule="auto"/>
      </w:pPr>
      <w:r>
        <w:t>Worked within Agile sprints, using Git for version control and peer code review to catch defects before release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computer science, software engineering or information technology is the typical entry path, though some developers move in via a diploma in software development combined with a portfolio of real project work or a coding bootcamp.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