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Backhoe Operator</w:t>
      </w:r>
    </w:p>
    <w:p>
      <w:pPr>
        <w:spacing w:before="0" w:after="240"/>
      </w:pPr>
      <w:r>
        <w:t>I am applying for the Backhoe Operator role at [Company Name]. With hands-on experience digging trenches, footings and service lines on civil and utility sites, I can step onto your project and work to line and level from the first shift.</w:t>
      </w:r>
    </w:p>
    <w:p>
      <w:pPr>
        <w:spacing w:before="0" w:after="240"/>
      </w:pPr>
      <w:r>
        <w:t>On a recent subdivision job, I was running a 3CX on the watermain and communications trench. I cut the trench to the survey marks, kept the batter stable on a wet section, and checked the grade before the pipe crew moved in, which meant the bedding and pipe went in without rework. I also kept the front bucket working, loading spoil into trucks so the haulage did not back up behind the dig.</w:t>
      </w:r>
    </w:p>
    <w:p>
      <w:pPr>
        <w:spacing w:before="0" w:after="240"/>
      </w:pPr>
      <w:r>
        <w:t>I want to work for [Company Name] because [add one genuine, specific reason: a project, value, or market position you can point to]. I am looking for a team where safety and quality of work are treated as the same thing, and where the operator is expected to think about the next stage of the job, not just the hole in front of them.</w:t>
      </w:r>
    </w:p>
    <w:p>
      <w:pPr>
        <w:spacing w:before="0" w:after="240"/>
      </w:pPr>
      <w:r>
        <w:t>Thank you for considering my application. I have attached my resume and can provide tickets, VOC records and references on request.</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