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Bakery Assistant</w:t>
      </w:r>
    </w:p>
    <w:p>
      <w:pPr>
        <w:spacing w:before="0" w:after="240"/>
      </w:pPr>
      <w:r>
        <w:t>I am writing to apply for the Bakery Assistant role at [Company Name]. With hands-on experience in dough preparation, baking and front-of-house service, I can step into your bakery and keep production and shelves running smoothly from the early shift.</w:t>
      </w:r>
    </w:p>
    <w:p>
      <w:pPr>
        <w:spacing w:before="0" w:after="240"/>
      </w:pPr>
      <w:r>
        <w:t>In my current role, I prepare dough and pastry mixes, bake and finish bread, cakes and pastries, and serve customers during the morning rush. I monitor stock levels and rotate products using FIFO, which has cut waste from stale stock and kept popular lines available. I also keep benches, mixers and ovens clean to meet food safety and hygiene standards, and I hold a current Food Safety Supervisor certificate.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like to contribute to a bakery that takes pride in fresh product and consistent service.</w:t>
      </w:r>
    </w:p>
    <w:p>
      <w:pPr>
        <w:spacing w:before="0" w:after="240"/>
      </w:pPr>
      <w:r>
        <w:t>Thank you for considering my application. My resume is attached, and I would welcome the chance to discuss how I can support your bakery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