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Bank Manager</w:t>
      </w:r>
    </w:p>
    <w:p>
      <w:pPr>
        <w:spacing w:before="0" w:after="240"/>
      </w:pPr>
      <w:r>
        <w:t>I am writing to apply for the Bank Manager role at [Company Name]. With my experience in branch operations, credit assessment and team leadership, I am confident I can manage the branch's day-to-day performance while keeping compliance and customer relationships front of mind.</w:t>
      </w:r>
    </w:p>
    <w:p>
      <w:pPr>
        <w:spacing w:before="0" w:after="240"/>
      </w:pPr>
      <w:r>
        <w:t>In my current role, I led a branch team through a period of tightened lending standards. I reviewed loan applications within my delegated authority, worked with lenders to restructure several complex business facilities, and introduced a weekly credit pipeline meeting. This reduced approval turnaround times and helped the branch meet its responsible lending obligations without losing good customers.</w:t>
      </w:r>
    </w:p>
    <w:p>
      <w:pPr>
        <w:spacing w:before="0" w:after="240"/>
      </w:pPr>
      <w:r>
        <w:t>I am particularly interested in [Company Name] because [add one genuine, specific reason: a project, value, or market position you can point to]. I want to bring my branch management experience to an organisation where I can contribute to both customer outcomes and sustainable growth.</w:t>
      </w:r>
    </w:p>
    <w:p>
      <w:pPr>
        <w:spacing w:before="0" w:after="240"/>
      </w:pPr>
      <w:r>
        <w:t>Thank you for considering my application. I have attached my resume and would welcome the opportunity to discuss how my background in banking leadership and compliance fits your branch's needs.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