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Bank Teller</w:t>
      </w:r>
    </w:p>
    <w:p>
      <w:pPr>
        <w:spacing w:before="0" w:after="240"/>
      </w:pPr>
      <w:r>
        <w:t>I'm writing to apply for the Bank Teller position with [Company Name]. My background in cash handling, customer service and compliance-focused transaction processing matches the day-to-day demands of this role.</w:t>
      </w:r>
    </w:p>
    <w:p>
      <w:pPr>
        <w:spacing w:before="0" w:after="240"/>
      </w:pPr>
      <w:r>
        <w:t>In my previous branch role, I processed a high volume of deposits and withdrawals each shift while keeping my till balanced to zero discrepancy, and I regularly picked up on customers whose needs went beyond a standard transaction, referring them to advisers rather than letting them slip through. That habit of watching detail while still moving the queue along is the core of good teller work.</w:t>
      </w:r>
    </w:p>
    <w:p>
      <w:pPr>
        <w:spacing w:before="0" w:after="240"/>
      </w:pPr>
      <w:r>
        <w:t>I'd like to work with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I've attached my resume and would welcome the chance to discuss how I can contribute to your branch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