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Banking Relationship Manager</w:t>
      </w:r>
    </w:p>
    <w:p>
      <w:pPr>
        <w:spacing w:before="0" w:after="240"/>
      </w:pPr>
      <w:r>
        <w:t>I am writing to apply for the Banking Relationship Manager role at [Company Name]. With a background in retail and commercial banking, I have managed client portfolios and guided clients through lending, deposit and transactional banking decisions, always with a focus on compliance and long-term relationships.</w:t>
      </w:r>
    </w:p>
    <w:p>
      <w:pPr>
        <w:spacing w:before="0" w:after="240"/>
      </w:pPr>
      <w:r>
        <w:t>In my current role, I look after a portfolio of small business clients. One client was expanding and needed a more flexible cash flow solution. I analysed their financials, prepared a loan proposal that met credit policy, and worked with the credit team to structure an overdraft facility. The client stayed with the bank and later referred two other businesses to me.</w:t>
      </w:r>
    </w:p>
    <w:p>
      <w:pPr>
        <w:spacing w:before="0" w:after="240"/>
      </w:pPr>
      <w:r>
        <w:t>I am keen to work for [Company Name] because [add one genuine, specific reason: a project, value, or market position you can point to]. I am particularly interested in how your team supports clients and would welcome the chance to contribute.</w:t>
      </w:r>
    </w:p>
    <w:p>
      <w:pPr>
        <w:spacing w:before="0" w:after="240"/>
      </w:pPr>
      <w:r>
        <w:t>Thank you for considering my application. I have attached my resume and look forward to discussing how I can support your clients and your business.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