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Bartender</w:t>
      </w:r>
    </w:p>
    <w:p>
      <w:pPr>
        <w:spacing w:before="0" w:after="240"/>
      </w:pPr>
      <w:r>
        <w:t>I'm writing to apply for the Bartender position at [Company Name]. I've spent time behind busy bars managing full service from drink prep through to closing the till, and I'd bring that same steady pace and attention to detail to your floor.</w:t>
      </w:r>
    </w:p>
    <w:p>
      <w:pPr>
        <w:spacing w:before="0" w:after="240"/>
      </w:pPr>
      <w:r>
        <w:t>In my last venue, Friday nights regularly meant three-deep queues at the bar with orders coming from every direction. I kept track of who ordered what, poured to standard even when the shaker never stopped moving, and still made time to check in with regulars by name. On the compliance side, I've refused service to intoxicated patrons more than once, always calmly and in line with the venue's RSA policy, without turning it into a scene at the bar.</w:t>
      </w:r>
    </w:p>
    <w:p>
      <w:pPr>
        <w:spacing w:before="0" w:after="240"/>
      </w:pPr>
      <w:r>
        <w:t>What draws me to [Company Name] specifically is [add one genuine, specific reason: a project, value, or market position you can point to]. That's the kind of environment where I do my best work.</w:t>
      </w:r>
    </w:p>
    <w:p>
      <w:pPr>
        <w:spacing w:before="0" w:after="240"/>
      </w:pPr>
      <w:r>
        <w:t>Thank you for considering my application. I've attached my resume with more detail on my experience and RSA certification, and I'd welcome the chance to talk through how I could fit into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