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Beauty Therapist</w:t>
      </w:r>
    </w:p>
    <w:p>
      <w:pPr>
        <w:spacing w:before="0" w:after="240"/>
      </w:pPr>
      <w:r>
        <w:t>I'm writing to apply for the Beauty Therapist position at [Company Name]. I bring hands-on experience across facial treatments, hair removal and makeup application, and I enjoy the client-facing side of the work as much as the technical skill it takes to get a result right.</w:t>
      </w:r>
    </w:p>
    <w:p>
      <w:pPr>
        <w:spacing w:before="0" w:after="240"/>
      </w:pPr>
      <w:r>
        <w:t>In a previous role I built a steady base of repeat clients for waxing and tinting services, largely by paying close attention to their skin and comfort during treatment and following up with clear aftercare advice. That same attention carried through to my facial work, where adjusting product choice to each client's skin condition made a noticeable difference to their results and kept them coming back.</w:t>
      </w:r>
    </w:p>
    <w:p>
      <w:pPr>
        <w:spacing w:before="0" w:after="240"/>
      </w:pPr>
      <w:r>
        <w:t>[add one genuine, specific reason: a project, value, or market position you can point to] is part of what draws me to this role at [Company Name], alongside the chance to work across a full treatment menu in a salon that clearly invests in its space and its clients.</w:t>
      </w:r>
    </w:p>
    <w:p>
      <w:pPr>
        <w:spacing w:before="0" w:after="240"/>
      </w:pPr>
      <w:r>
        <w:t>Thank you for considering my application. I've attached my resume with further detail on my experience and qualifications, and I'd welcome the opportunity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