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Behaviour Support Practitioner</w:t>
      </w:r>
    </w:p>
    <w:p>
      <w:pPr>
        <w:spacing w:before="0" w:after="240"/>
      </w:pPr>
      <w:r>
        <w:t>I am writing to apply for the Behaviour Support Practitioner role at [Company Name]. With a background in disability support and positive behaviour support, I am confident I can contribute to your team and the people you support.</w:t>
      </w:r>
    </w:p>
    <w:p>
      <w:pPr>
        <w:spacing w:before="0" w:after="240"/>
      </w:pPr>
      <w:r>
        <w:t>In my current role, I conduct functional behaviour assessments and develop positive behaviour support plans for clients with complex needs. One recent example involved a young person whose plan had not been reviewed for some time; by working closely with their support team and family, I revised the plan, embedded new strategies, and trained staff in their use. Over the following months, the number of significant incidents dropped noticeably, and the person began participating in more community activities. I also use the NDIS Commission Portal and Lumary to keep documentation accurate and compliant.</w:t>
      </w:r>
    </w:p>
    <w:p>
      <w:pPr>
        <w:spacing w:before="0" w:after="240"/>
      </w:pPr>
      <w:r>
        <w:t>I am particularly drawn to [Company Name] because [add one genuine, specific reason: a project, value, or market position you can point to]. I share your commitment to person-centred practice and would welcome the chance to bring my assessment and planning skills to your organisation.</w:t>
      </w:r>
    </w:p>
    <w:p>
      <w:pPr>
        <w:spacing w:before="0" w:after="240"/>
      </w:pPr>
      <w:r>
        <w:t>Thank you for considering my application. I have attached my resume, which outlines my experience and qualifications in more detail, and I look forward to the opportunity to discuss how I can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