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Biochemist</w:t>
      </w:r>
    </w:p>
    <w:p>
      <w:pPr>
        <w:spacing w:before="0" w:after="240"/>
      </w:pPr>
      <w:r>
        <w:t>I am writing to apply for the Biochemist role at [Company Name]. With a strong foundation in protein chemistry and analytical techniques, I am confident I can contribute to your research team.</w:t>
      </w:r>
    </w:p>
    <w:p>
      <w:pPr>
        <w:spacing w:before="0" w:after="240"/>
      </w:pPr>
      <w:r>
        <w:t>In my current role, I developed a purification protocol for a recombinant enzyme that cut sample preparation time from three days to one day, allowing the team to run twice as many reactions per week. I also optimised a mass spectrometry method for metabolite analysis, which improved detection of low-abundance compounds and supported a successful grant application.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eager to bring my skills in laboratory analysis and data interpretation to your team.</w:t>
      </w:r>
    </w:p>
    <w:p>
      <w:pPr>
        <w:spacing w:before="0" w:after="240"/>
      </w:pPr>
      <w:r>
        <w:t>Thank you for considering my application. I have attached my resume for your review and look forward to discussing how I can contribute to your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