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Biomedical Technician</w:t>
      </w:r>
    </w:p>
    <w:p>
      <w:pPr>
        <w:spacing w:before="0" w:after="240"/>
      </w:pPr>
      <w:r>
        <w:t>I am writing to apply for the Biomedical Technician role at [Company Name]. With a background in clinical engineering and a focus on patient safety, I am confident I can maintain and repair your medical equipment to the standards your clinical teams rely on.</w:t>
      </w:r>
    </w:p>
    <w:p>
      <w:pPr>
        <w:spacing w:before="0" w:after="240"/>
      </w:pPr>
      <w:r>
        <w:t>In my current role, I test and calibrate infusion pumps, defibrillators and patient monitors across multiple wards. I recently traced a recurring fault in a fleet of syringe drivers to a batch of worn door sensors, replacing them before any device failed in use and sparing nursing staff from mid-shift equipment swaps. I also carry out preventive maintenance and electrical safety testing to AS/NZS 3551, and I keep asset records in the clinical engineering database so that recalls and audits are straightforward.</w:t>
      </w:r>
    </w:p>
    <w:p>
      <w:pPr>
        <w:spacing w:before="0" w:after="240"/>
      </w:pPr>
      <w:r>
        <w:t>I am drawn to [Company Name] because of [add one genuine, specific reason: a project, value, or market position you can point to]. I want to bring my fault-finding and compliance skills to a team that takes equipment reliability as seriously as I do.</w:t>
      </w:r>
    </w:p>
    <w:p>
      <w:pPr>
        <w:spacing w:before="0" w:after="240"/>
      </w:pPr>
      <w:r>
        <w:t>Thank you for considering my application. I have attached my resume and would welcome the chance to discuss how I can support your clinical engineering service.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