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Boiler Operator</w:t>
      </w:r>
    </w:p>
    <w:p>
      <w:pPr>
        <w:spacing w:before="0" w:after="240"/>
      </w:pPr>
      <w:r>
        <w:t>I am applying for the Boiler Operator role at [Company Name]. With hands-on experience running steam plant and auxiliary equipment, I keep boilers safe, steady and ready for the process demand behind them.</w:t>
      </w:r>
    </w:p>
    <w:p>
      <w:pPr>
        <w:spacing w:before="0" w:after="240"/>
      </w:pPr>
      <w:r>
        <w:t>In my current role I run two package boilers feeding a food processing line. When a level probe fault caused a recurring low-water trip, I worked through the alarm history on the DCS, isolated the suspect probe and had the boiler back on line before the next production run. I also test and treat feedwater daily, dose chemicals and blow down on schedule, which has cut scale-related tube failures across the site.</w:t>
      </w:r>
    </w:p>
    <w:p>
      <w:pPr>
        <w:spacing w:before="0" w:after="240"/>
      </w:pPr>
      <w:r>
        <w:t>I am applying to [Company Name] because [add one genuine, specific reason: a project, value, or market position you can point to]. I want to bring my boiler house experience to a site where safe steam production and reliable utilities are treated as core to the operation.</w:t>
      </w:r>
    </w:p>
    <w:p>
      <w:pPr>
        <w:spacing w:before="0" w:after="240"/>
      </w:pPr>
      <w:r>
        <w:t>Thank you for considering my application. My resume is attached, and I would welcome the chance to talk through how I keep steam plant running safely and efficiently.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