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Bookmaker</w:t>
      </w:r>
    </w:p>
    <w:p>
      <w:pPr>
        <w:spacing w:before="0" w:after="240"/>
      </w:pPr>
      <w:r>
        <w:t>I am writing to apply for the Bookmaker role at [Company Name]. With a current bookmaker licence and hands-on experience setting odds and managing risk across both racecourse and digital wagering environments, I am confident I can contribute to your betting operations from day one.</w:t>
      </w:r>
    </w:p>
    <w:p>
      <w:pPr>
        <w:spacing w:before="0" w:after="240"/>
      </w:pPr>
      <w:r>
        <w:t>In my most recent role, I set the odds for a full card of races each Saturday at a metropolitan racecourse, adjusting prices as money came in to keep the book's exposure within pre-set limits. I also handled the settlement and payout for hundreds of bets, often under significant time pressure, and worked closely with the compliance team to ensure every transaction met state gambling regulations. On one occasion, I identified an unusual betting pattern on a fixed odds market and reported it promptly, which allowed the integrity unit to investigate before the event started.</w:t>
      </w:r>
    </w:p>
    <w:p>
      <w:pPr>
        <w:spacing w:before="0" w:after="240"/>
      </w:pPr>
      <w:r>
        <w:t>I am particularly drawn to [Company Name] because [add one genuine, specific reason: a project, value, or market position you can point to]. I would welcome the chance to bring my risk management skills and customer-focused approach to your team.</w:t>
      </w:r>
    </w:p>
    <w:p>
      <w:pPr>
        <w:spacing w:before="0" w:after="240"/>
      </w:pPr>
      <w:r>
        <w:t>Thank you for considering my application. I have attached my resume for your review and look forward to the opportunity to discuss how my experience aligns with your needs.</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