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Business Development Representative</w:t>
      </w:r>
    </w:p>
    <w:p>
      <w:pPr>
        <w:spacing w:before="0" w:after="240"/>
      </w:pPr>
      <w:r>
        <w:t>I am applying for the Business Development Representative role at [Company Name]. My working day is built around the same tasks this role describes: researching accounts, opening conversations with people who have never dealt with the business, qualifying them properly, and booking the meeting before handing the relationship to a colleague.</w:t>
      </w:r>
    </w:p>
    <w:p>
      <w:pPr>
        <w:spacing w:before="0" w:after="240"/>
      </w:pPr>
      <w:r>
        <w:t>In my current role I look after outbound for a defined set of target accounts. I rebuilt the opening call around questions about how prospects currently handle the problem we solve, rather than a product pitch, and loaded those questions into a three-step email, call and LinkedIn sequence. Meetings started coming from prospects who had ignored two earlier emails, and I now train new starters on that sequence. I also keep the CRM honest: every call, email and next step is logged, because a lead that looks qualified on paper and isn't costs an account executive an hour they can't get back.</w:t>
      </w:r>
    </w:p>
    <w:p>
      <w:pPr>
        <w:spacing w:before="0" w:after="240"/>
      </w:pPr>
      <w:r>
        <w:t>I want to work at [Company Name] because [add one genuine, specific reason: a project, value, or market position you can point to]. I have read enough about how you operate to know the outbound effort has to fit the way your team sells, and that is the part of the job I enjoy most.</w:t>
      </w:r>
    </w:p>
    <w:p>
      <w:pPr>
        <w:spacing w:before="0" w:after="240"/>
      </w:pPr>
      <w:r>
        <w:t>Thank you for considering my application. My resume is attached, and I would welcome the chance to talk through my prospecting approach and take part in a call role play.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