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Cabinet Maker</w:t>
      </w:r>
    </w:p>
    <w:p>
      <w:pPr>
        <w:spacing w:before="0" w:after="240"/>
      </w:pPr>
      <w:r>
        <w:t>I'm writing to apply for the Cabinet Maker position at [Company Name]. I've built my trade around custom cabinetry and fitted furniture, from reading a set of drawings through to fitting the finished piece on-site, and I bring the precision this role needs.</w:t>
      </w:r>
    </w:p>
    <w:p>
      <w:pPr>
        <w:spacing w:before="0" w:after="240"/>
      </w:pPr>
      <w:r>
        <w:t>In my most recent workshop role, I took a kitchen fit-out from drawings through to installation, cutting and assembling a full run of cabinet carcasses on a CNC router and by hand, then adjusting each unit on-site against a wall that was out of square. The client signed off with no callbacks for rework, which is the standard I hold myself to on every job.</w:t>
      </w:r>
    </w:p>
    <w:p>
      <w:pPr>
        <w:spacing w:before="0" w:after="240"/>
      </w:pPr>
      <w:r>
        <w:t>[add one genuine, specific reason: a project, value, or market position you can point to] is what draws me to [Company Name] specifically, and I'd welcome the chance to bring my joinery and finishing skills to your team.</w:t>
      </w:r>
    </w:p>
    <w:p>
      <w:pPr>
        <w:spacing w:before="0" w:after="240"/>
      </w:pPr>
      <w:r>
        <w:t>Thank you for considering my application. I've attached my resume and I'd be glad to discuss my experience further at interview.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