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Cable Jointer</w:t>
      </w:r>
    </w:p>
    <w:p>
      <w:pPr>
        <w:spacing w:before="0" w:after="240"/>
      </w:pPr>
      <w:r>
        <w:t>I am applying for the cable jointer role with [Company Name]. My trade background is in electricity distribution, and the work I do best is the careful, documented jointing and termination that gets a cable section back into service safely and without callbacks.</w:t>
      </w:r>
    </w:p>
    <w:p>
      <w:pPr>
        <w:spacing w:before="0" w:after="240"/>
      </w:pPr>
      <w:r>
        <w:t>On a recent underground residential subdivision, I jointed and terminated low voltage and 11 kV cable ends across multiple pits while the network was under a tight outage window. I prepared each end to the marked dimensions, checked the screen cut lengths against the jointing instructions before crimping, and tested insulation resistance and continuity on every joint before handback. The crew finished the scheduled joints within the outage and the section energised first time. When a partial discharge reading came back higher than I expected on one termination, I stopped, stripped the termination back with the network controller's agreement, found a nick in the semiconductor layer, and rebuilt it rather than risk a fault on the feeder.</w:t>
      </w:r>
    </w:p>
    <w:p>
      <w:pPr>
        <w:spacing w:before="0" w:after="240"/>
      </w:pPr>
      <w:r>
        <w:t>[add one genuine, specific reason: a project, value, or market position you can point to]</w:t>
      </w:r>
    </w:p>
    <w:p>
      <w:pPr>
        <w:spacing w:before="0" w:after="240"/>
      </w:pPr>
      <w:r>
        <w:t>Thank you for considering my application. My resume is attached and sets out my jointing, testing and switching experience in more detail. I would welcome the chance to talk through how I would fit into your crew.</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