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Calibration Technician</w:t>
      </w:r>
    </w:p>
    <w:p>
      <w:pPr>
        <w:spacing w:before="0" w:after="240"/>
      </w:pPr>
      <w:r>
        <w:t>I am writing to apply for the Calibration Technician role at [Company Name]. With hands-on experience calibrating instruments against traceable reference standards and maintaining records in line with ISO/IEC 17025, I am confident I can contribute to your calibration team from day one.</w:t>
      </w:r>
    </w:p>
    <w:p>
      <w:pPr>
        <w:spacing w:before="0" w:after="240"/>
      </w:pPr>
      <w:r>
        <w:t>In my current role, I manage a calibration schedule for over 200 instruments across pressure, temperature and electrical parameters. I recently improved a calibration rig setup for pressure transmitters, which cut average turnaround from five days to three while maintaining full traceability. I also calculated measurement uncertainty for a new torque calibration procedure, which passed NATA assessment without findings.</w:t>
      </w:r>
    </w:p>
    <w:p>
      <w:pPr>
        <w:spacing w:before="0" w:after="240"/>
      </w:pPr>
      <w:r>
        <w:t>[add one genuine, specific reason: a project, value, or market position you can point to]</w:t>
      </w:r>
    </w:p>
    <w:p>
      <w:pPr>
        <w:spacing w:before="0" w:after="240"/>
      </w:pPr>
      <w:r>
        <w:t>Thank you for considering my application. My resume is attached and provides further detail on my calibration experience and technical skills. I look forward to the opportunity to discuss how I can support your laboratory's accuracy and compliance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