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Call Centre Manager</w:t>
      </w:r>
    </w:p>
    <w:p>
      <w:pPr>
        <w:spacing w:before="0" w:after="240"/>
      </w:pPr>
      <w:r>
        <w:t>I am writing to apply for the Call Centre Manager role at [Company Name]. With hands-on experience running a contact centre floor and a focus on using data to improve service delivery, I am confident I can lead your team to meet both customer and business goals.</w:t>
      </w:r>
    </w:p>
    <w:p>
      <w:pPr>
        <w:spacing w:before="0" w:after="240"/>
      </w:pPr>
      <w:r>
        <w:t>In my current role, I led a team of agents handling phone, email and chat. By reviewing call recordings and customer feedback, I identified that billing disputes were driving repeat contacts. I introduced a short coaching module on de-escalation and revised the escalation path, which lifted first-call resolution for those issues and reduced the volume of follow-up calls.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operational management and people leadership skills to a team that values both service quality and continuous improvement.</w:t>
      </w:r>
    </w:p>
    <w:p>
      <w:pPr>
        <w:spacing w:before="0" w:after="240"/>
      </w:pPr>
      <w:r>
        <w:t>Thank you for considering my application. My resume is attached and provides further detail on my experience. I look forward to the opportunity to discuss how I can contribute to your contact centre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