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Call Centre Team Leader</w:t>
      </w:r>
    </w:p>
    <w:p>
      <w:pPr>
        <w:spacing w:before="0" w:after="240"/>
      </w:pPr>
      <w:r>
        <w:t>I am writing to apply for the Call Centre Team Leader role at [Company Name]. With a background in coaching frontline representatives and managing live service metrics, I am confident I can help your contact centre team meet its first-contact resolution and customer satisfaction targets.</w:t>
      </w:r>
    </w:p>
    <w:p>
      <w:pPr>
        <w:spacing w:before="0" w:after="240"/>
      </w:pPr>
      <w:r>
        <w:t>In my current role, I coached a team of twelve representatives on call handling and product knowledge, which lifted our first-contact resolution rate and reduced repeat calls. I also reviewed call recordings to give structured feedback on tone and compliance, and I stepped in on escalated complaints to resolve issues that frontline staff could not close out alone. I built rosters that covered a seven-day operation while managing unplanned leave and peak demand.</w:t>
      </w:r>
    </w:p>
    <w:p>
      <w:pPr>
        <w:spacing w:before="0" w:after="240"/>
      </w:pPr>
      <w:r>
        <w:t>I am particularly interested in working for [Company Name] because [add one genuine, specific reason: a project, value, or market position you can point to]. I want to bring my operational and coaching skills to a team that values consistent customer service and continuous improvement.</w:t>
      </w:r>
    </w:p>
    <w:p>
      <w:pPr>
        <w:spacing w:before="0" w:after="240"/>
      </w:pPr>
      <w:r>
        <w:t>Thank you for considering my application. I have attached my resume and would welcome the chance to discuss how I can support your contact centre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