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Camera Operator</w:t>
      </w:r>
    </w:p>
    <w:p>
      <w:pPr>
        <w:spacing w:before="0" w:after="240"/>
      </w:pPr>
      <w:r>
        <w:t>I'm writing to apply for the Camera Operator position. My background combines technical camera skill with a collaborative approach to translating a director's vision into finished footage, which fits the demands of this role well.</w:t>
      </w:r>
    </w:p>
    <w:p>
      <w:pPr>
        <w:spacing w:before="0" w:after="240"/>
      </w:pPr>
      <w:r>
        <w:t>On a recent multi-day outdoor shoot, weather conditions shifted through the day, forcing constant adjustments to exposure and white balance while keeping the visual style consistent across scenes. I worked alongside the cinematographer to re-plan shots on the fly, keeping the rig stable on a gimbal for the handheld sequences and troubleshooting a lens fault without stopping the schedule. The footage was delivered on time and matched the original creative brief.</w:t>
      </w:r>
    </w:p>
    <w:p>
      <w:pPr>
        <w:spacing w:before="0" w:after="240"/>
      </w:pPr>
      <w:r>
        <w:t>I'm keen to bring this experience to [Company Name] because [add one genuine, specific reason: a project, value, or market position you can point to]. Camera work is only as good as the team and standards around it, and that's what draws me to this particular opportunity.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how I can contribute to your productions.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