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</w:pPr>
      <w:r>
        <w:rPr>
          <w:b/>
          <w:color w:val="14161D"/>
          <w:sz w:val="40"/>
        </w:rPr>
        <w:t>Your Name</w:t>
      </w:r>
    </w:p>
    <w:p>
      <w:pPr>
        <w:spacing w:before="0" w:after="320"/>
      </w:pPr>
      <w:r>
        <w:rPr>
          <w:color w:val="4B5058"/>
          <w:sz w:val="19"/>
        </w:rPr>
        <w:t>your.email@example.com   •   0400 000 000</w:t>
      </w:r>
    </w:p>
    <w:p>
      <w:pPr>
        <w:spacing w:before="0" w:after="200"/>
      </w:pPr>
      <w:r>
        <w:t>[Date]</w:t>
      </w:r>
    </w:p>
    <w:p>
      <w:pPr>
        <w:spacing w:before="0" w:after="200"/>
      </w:pPr>
      <w:r>
        <w:t>[Hiring Manager Name]</w:t>
        <w:br/>
        <w:t>[Company Name]</w:t>
        <w:br/>
        <w:t>[Company Address]</w:t>
      </w:r>
    </w:p>
    <w:p>
      <w:pPr>
        <w:spacing w:before="120" w:after="280"/>
        <w:pBdr>
          <w:bottom w:val="single" w:sz="6" w:space="4" w:color="DFDED8"/>
        </w:pBdr>
      </w:pPr>
      <w:r>
        <w:rPr>
          <w:b/>
          <w:color w:val="2F62D9"/>
          <w:sz w:val="24"/>
        </w:rPr>
        <w:t>Re: Application for Caravan Park Manager</w:t>
      </w:r>
    </w:p>
    <w:p>
      <w:pPr>
        <w:spacing w:before="0" w:after="240"/>
      </w:pPr>
      <w:r>
        <w:t>I am writing to apply for the Caravan Park Manager role at [Company Name]. With hands-on experience running holiday parks and a practical approach to guest services, maintenance and compliance, I am confident I can keep your park running smoothly.</w:t>
      </w:r>
    </w:p>
    <w:p>
      <w:pPr>
        <w:spacing w:before="0" w:after="240"/>
      </w:pPr>
      <w:r>
        <w:t>In my current role, I managed bookings and check-ins across a 120-site park. I introduced a digital site map and a simple colour-coded system for arrivals, which cut double-booking errors to zero during the Christmas peak. I also supervised a team of 10 across housekeeping and grounds, running daily briefings that reduced cabin turnaround from four hours to two. These changes lifted guest satisfaction scores and reduced complaints about cleanliness.</w:t>
      </w:r>
    </w:p>
    <w:p>
      <w:pPr>
        <w:spacing w:before="0" w:after="240"/>
      </w:pPr>
      <w:r>
        <w:t>I am drawn to [Company Name] because [add one genuine, specific reason: a project, value, or market position you can point to]. I want to bring my experience in park operations, budgeting and compliance to a team that takes pride in its grounds and guest experience.</w:t>
      </w:r>
    </w:p>
    <w:p>
      <w:pPr>
        <w:spacing w:before="0" w:after="240"/>
      </w:pPr>
      <w:r>
        <w:t>Thank you for considering my application. I have attached my resume for your review and would welcome the chance to discuss how I can contribute to your park.</w:t>
      </w:r>
    </w:p>
    <w:p>
      <w:pPr>
        <w:spacing w:before="160" w:after="0"/>
      </w:pPr>
      <w:r>
        <w:t>Kind regards,</w:t>
        <w:br/>
        <w:t>Your Name</w:t>
      </w:r>
    </w:p>
    <w:sectPr w:rsidR="00FC693F" w:rsidRPr="0006063C" w:rsidSect="00034616">
      <w:pgSz w:w="12240" w:h="15840"/>
      <w:pgMar w:top="1152" w:right="1296" w:bottom="1152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200" w:line="300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