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Casting Director</w:t>
      </w:r>
    </w:p>
    <w:p>
      <w:pPr>
        <w:spacing w:before="0" w:after="240"/>
      </w:pPr>
      <w:r>
        <w:t>I am writing to apply for the Casting Director role at [Company Name]. With a background in casting across film, television and theatre, I bring a practical understanding of how the right performer can transform a script into a story that resonates.</w:t>
      </w:r>
    </w:p>
    <w:p>
      <w:pPr>
        <w:spacing w:before="0" w:after="240"/>
      </w:pPr>
      <w:r>
        <w:t>In my most recent project, I managed the casting of a television series from first brief to final callbacks. I reviewed hundreds of self-tape submissions, ran sessions with the director and producer, and negotiated availability with agents so that every role was filled without disrupting the production schedule. The final cast received strong feedback from the network and the series was renewed for a second season.</w:t>
      </w:r>
    </w:p>
    <w:p>
      <w:pPr>
        <w:spacing w:before="0" w:after="240"/>
      </w:pPr>
      <w:r>
        <w:t>I am drawn to [Company Name] because [add one genuine, specific reason: a project, value, or market position you can point to]. I want to contribute to a team that values thoughtful casting as a core part of storytelling.</w:t>
      </w:r>
    </w:p>
    <w:p>
      <w:pPr>
        <w:spacing w:before="0" w:after="240"/>
      </w:pPr>
      <w:r>
        <w:t>Thank you for considering my application. I have attached my resume and would welcome the chance to discuss how my casting experience and industry relationships can support your upcoming productions.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