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Chemist</w:t>
      </w:r>
    </w:p>
    <w:p>
      <w:pPr>
        <w:spacing w:before="0" w:after="240"/>
      </w:pPr>
      <w:r>
        <w:t>I am writing to apply for the Chemist position at [Company Name]. My laboratory background in chemical analysis, formulation work and technical reporting matches the day-to-day demands of this role, and I'd welcome the chance to bring that experience to your team.</w:t>
      </w:r>
    </w:p>
    <w:p>
      <w:pPr>
        <w:spacing w:before="0" w:after="240"/>
      </w:pPr>
      <w:r>
        <w:t>In a recent laboratory role, I ran routine HPLC and GC-MS analysis on incoming raw materials as part of standard quality checks, and flagged an out-of-specification batch before it reached production. That work depended on careful instrument calibration, methodical record-keeping and a written report the quality team could act on without needing to chase me for clarification. I bring the same discipline to formulation development and synthesis optimisation, where small procedural changes can have a real effect on consistency and yield.</w:t>
      </w:r>
    </w:p>
    <w:p>
      <w:pPr>
        <w:spacing w:before="0" w:after="240"/>
      </w:pPr>
      <w:r>
        <w:t>[add one genuine, specific reason: a project, value, or market position you can point to] is what draws me to [Company Name] specifically. I want to work somewhere my analytical skills are applied to problems that matter beyond the lab bench, and this role looks like it offers that.</w:t>
      </w:r>
    </w:p>
    <w:p>
      <w:pPr>
        <w:spacing w:before="0" w:after="240"/>
      </w:pPr>
      <w:r>
        <w:t>Thank you for considering my application. I've attached my resume with further detail on my laboratory and analytical experience, and I'd welcome the opportunity to discuss the role further.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