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Chief Information Security Officer</w:t>
      </w:r>
    </w:p>
    <w:p>
      <w:pPr>
        <w:spacing w:before="0" w:after="240"/>
      </w:pPr>
      <w:r>
        <w:t>I am writing to apply for the Chief Information Security Officer role at [Company Name]. With a career spanning security operations, governance and executive leadership, I bring the strategic oversight and technical credibility needed to protect complex, regulated environments.</w:t>
      </w:r>
    </w:p>
    <w:p>
      <w:pPr>
        <w:spacing w:before="0" w:after="240"/>
      </w:pPr>
      <w:r>
        <w:t>In my most recent position, I led the organisation through a comprehensive review of its incident response capability. By restructuring the response plan, running live simulations with executive participation and embedding lessons learned into policy, we reduced the time from detection to containment and improved board confidence in our cyber resilience. I also directed an ISO 27001 certification program that unified risk treatment across previously siloed business units.</w:t>
      </w:r>
    </w:p>
    <w:p>
      <w:pPr>
        <w:spacing w:before="0" w:after="240"/>
      </w:pPr>
      <w:r>
        <w:t>I am particularly drawn to [Company Name] because [add one genuine, specific reason: a project, value, or market position you can point to]. I want to contribute my experience in aligning security strategy with business goals to an organisation that takes its obligations to customers and regulators seriously.</w:t>
      </w:r>
    </w:p>
    <w:p>
      <w:pPr>
        <w:spacing w:before="0" w:after="240"/>
      </w:pPr>
      <w:r>
        <w:t>Thank you for considering my application. My resume is attached, and I would welcome the opportunity to discuss how I can help [Company Name] manage cyber risk and strengthen its security posture.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