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Chief Marketing Officer</w:t>
      </w:r>
    </w:p>
    <w:p>
      <w:pPr>
        <w:spacing w:before="0" w:after="240"/>
      </w:pPr>
      <w:r>
        <w:t>I am writing to apply for the Chief Marketing Officer role at [Company Name]. With a career built on setting brand strategy, leading marketing teams, and using data to drive acquisition, I am confident I can help [Company Name] achieve its growth ambitions.</w:t>
      </w:r>
    </w:p>
    <w:p>
      <w:pPr>
        <w:spacing w:before="0" w:after="240"/>
      </w:pPr>
      <w:r>
        <w:t>In my current role as Marketing Director, I led a cross-functional team to reverse a decline in customer acquisition. By analysing customer data in Tableau and Google Analytics, I identified that our digital campaigns were underperforming in key segments. I restructured the team around agile squads and shifted budget towards personalised campaigns through Salesforce Marketing Cloud. This improved return on marketing investment and restored growth in our core market.</w:t>
      </w:r>
    </w:p>
    <w:p>
      <w:pPr>
        <w:spacing w:before="0" w:after="240"/>
      </w:pPr>
      <w:r>
        <w:t>I am drawn to [Company Name] because [add one genuine, specific reason: a project, value, or market position you can point to]. I am excited by the opportunity to bring my experience in brand strategy and marketing analytics to an organisation that values innovation and customer insight.</w:t>
      </w:r>
    </w:p>
    <w:p>
      <w:pPr>
        <w:spacing w:before="0" w:after="240"/>
      </w:pPr>
      <w:r>
        <w:t>Thank you for considering my application. I have attached my resume and look forward to discussing how I can contribute to [Company Name]'s marketing success.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