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Chief Operating Officer</w:t>
      </w:r>
    </w:p>
    <w:p>
      <w:pPr>
        <w:spacing w:before="0" w:after="240"/>
      </w:pPr>
      <w:r>
        <w:t>I am writing to express my interest in the Chief Operating Officer role at [Company Name]. With a background in translating strategic goals into operational delivery across multiple business units, I am confident I can help [Company Name] execute on its priorities.</w:t>
      </w:r>
    </w:p>
    <w:p>
      <w:pPr>
        <w:spacing w:before="0" w:after="240"/>
      </w:pPr>
      <w:r>
        <w:t>In my most recent role, I led a cross-functional team through an ERP implementation that connected finance, supply chain and HR data into a single reporting platform. This reduced manual reconciliation and gave managers real-time visibility of costs and inventory, which directly supported faster and more accurate decision-making at the executive level.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bring my operational experience to an organisation where I can contribute to that kind of meaningful work.</w:t>
      </w:r>
    </w:p>
    <w:p>
      <w:pPr>
        <w:spacing w:before="0" w:after="240"/>
      </w:pPr>
      <w:r>
        <w:t>Thank you for considering my application. I have attached my resume and would welcome the opportunity to discuss how my experience aligns with your operational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